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9DB88" w14:textId="77777777" w:rsidR="00DE1149" w:rsidRDefault="00000000">
      <w:pPr>
        <w:pStyle w:val="Titolo1"/>
      </w:pPr>
      <w:r>
        <w:t>CONSENSO INFORMATO ALLA PARTECIPAZIONE A INDAGINE CONOSCITIVA</w:t>
      </w:r>
    </w:p>
    <w:p w14:paraId="0777B352" w14:textId="1FC31C4F" w:rsidR="00DE1149" w:rsidRDefault="00000000">
      <w:r>
        <w:t>Gentili Genitori / Tutori,</w:t>
      </w:r>
      <w:r>
        <w:br/>
      </w:r>
      <w:r>
        <w:br/>
        <w:t xml:space="preserve">la scuola partecipa a un’indagine conoscitiva rivolta agli studenti della scuola secondaria di </w:t>
      </w:r>
      <w:r w:rsidR="008C0DE5">
        <w:t>primo</w:t>
      </w:r>
      <w:r>
        <w:t xml:space="preserve"> grado, finalizzata a raccogliere informazioni sulle conoscenze e opinioni relative alle infezioni sessualmente trasmissibili (IST) e alla loro prevenzione.</w:t>
      </w:r>
      <w:r>
        <w:br/>
      </w:r>
      <w:r>
        <w:br/>
        <w:t>L’indagine si svolgerà tramite questionario anonimo, compilabile online.</w:t>
      </w:r>
      <w:r>
        <w:br/>
      </w:r>
      <w:r>
        <w:br/>
        <w:t>Caratteristiche principali:</w:t>
      </w:r>
      <w:r>
        <w:br/>
        <w:t>- Partecipazione volontaria</w:t>
      </w:r>
      <w:r>
        <w:br/>
        <w:t>- Questionario anonimo</w:t>
      </w:r>
      <w:r>
        <w:br/>
        <w:t>- Nessun rischio per i partecipanti</w:t>
      </w:r>
      <w:r>
        <w:br/>
        <w:t>- Possibilità di non rispondere a qualsiasi domanda</w:t>
      </w:r>
      <w:r>
        <w:br/>
        <w:t>- Utilizzo dei dati solo in forma aggregata</w:t>
      </w:r>
      <w:r>
        <w:br/>
      </w:r>
      <w:r>
        <w:br/>
        <w:t>Il trattamento dei dati avverrà nel rispetto del Regolamento UE 2016/679 (GDPR).</w:t>
      </w:r>
      <w:r>
        <w:br/>
      </w:r>
      <w:r>
        <w:br/>
        <w:t>Con la presente autorizzo la partecipazione di mio/a figlio/a all’indagine.</w:t>
      </w:r>
    </w:p>
    <w:p w14:paraId="16270C23" w14:textId="77777777" w:rsidR="00DE1149" w:rsidRDefault="00000000">
      <w:r>
        <w:br/>
        <w:t>Nome e cognome dello studente: ___________________________</w:t>
      </w:r>
    </w:p>
    <w:p w14:paraId="730948CB" w14:textId="77777777" w:rsidR="00DE1149" w:rsidRDefault="00000000">
      <w:r>
        <w:t>Classe: ___________    Istituto: _________________________</w:t>
      </w:r>
    </w:p>
    <w:p w14:paraId="463A88C9" w14:textId="77777777" w:rsidR="00DE1149" w:rsidRDefault="00000000">
      <w:r>
        <w:t>Nome e cognome del genitore/tutore: _______________________</w:t>
      </w:r>
    </w:p>
    <w:p w14:paraId="4E9E565E" w14:textId="77777777" w:rsidR="00DE1149" w:rsidRDefault="00000000">
      <w:r>
        <w:t>Firma: ___________________________    Data: _____________</w:t>
      </w:r>
    </w:p>
    <w:sectPr w:rsidR="00DE114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7666608">
    <w:abstractNumId w:val="8"/>
  </w:num>
  <w:num w:numId="2" w16cid:durableId="1529873944">
    <w:abstractNumId w:val="6"/>
  </w:num>
  <w:num w:numId="3" w16cid:durableId="927077139">
    <w:abstractNumId w:val="5"/>
  </w:num>
  <w:num w:numId="4" w16cid:durableId="1119446009">
    <w:abstractNumId w:val="4"/>
  </w:num>
  <w:num w:numId="5" w16cid:durableId="952638703">
    <w:abstractNumId w:val="7"/>
  </w:num>
  <w:num w:numId="6" w16cid:durableId="1799295390">
    <w:abstractNumId w:val="3"/>
  </w:num>
  <w:num w:numId="7" w16cid:durableId="183176864">
    <w:abstractNumId w:val="2"/>
  </w:num>
  <w:num w:numId="8" w16cid:durableId="1331104220">
    <w:abstractNumId w:val="1"/>
  </w:num>
  <w:num w:numId="9" w16cid:durableId="2029868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978"/>
    <w:rsid w:val="00034616"/>
    <w:rsid w:val="0006063C"/>
    <w:rsid w:val="0015074B"/>
    <w:rsid w:val="0029639D"/>
    <w:rsid w:val="00326F90"/>
    <w:rsid w:val="008C0DE5"/>
    <w:rsid w:val="00955FBB"/>
    <w:rsid w:val="00A5786B"/>
    <w:rsid w:val="00AA1D8D"/>
    <w:rsid w:val="00B47730"/>
    <w:rsid w:val="00CB0664"/>
    <w:rsid w:val="00DE11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41EA7"/>
  <w14:defaultImageDpi w14:val="300"/>
  <w15:docId w15:val="{F04F336C-6698-4385-AA3E-B0879E27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Mariapia Giammarinaro</cp:lastModifiedBy>
  <cp:revision>3</cp:revision>
  <dcterms:created xsi:type="dcterms:W3CDTF">2025-12-27T18:25:00Z</dcterms:created>
  <dcterms:modified xsi:type="dcterms:W3CDTF">2026-02-23T06:47:00Z</dcterms:modified>
  <cp:category/>
</cp:coreProperties>
</file>