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AA3B0" w14:textId="77777777" w:rsidR="00176FE0" w:rsidRDefault="00000000">
      <w:pPr>
        <w:pStyle w:val="Titolo1"/>
      </w:pPr>
      <w:r>
        <w:t>CONSENSO ALLA PARTECIPAZIONE VOLONTARIA (STUDENTI MAGGIORENNI)</w:t>
      </w:r>
    </w:p>
    <w:p w14:paraId="78867B7D" w14:textId="77777777" w:rsidR="00176FE0" w:rsidRDefault="00000000">
      <w:r>
        <w:t>Dichiaro di aver ricevuto informazioni chiare sugli obiettivi e sulle modalità dell’indagine.</w:t>
      </w:r>
      <w:r>
        <w:br/>
      </w:r>
      <w:r>
        <w:br/>
        <w:t>Sono consapevole che la partecipazione è volontaria, il questionario è anonimo e posso interrompere o non rispondere a qualsiasi domanda senza conseguenze.</w:t>
      </w:r>
      <w:r>
        <w:br/>
      </w:r>
      <w:r>
        <w:br/>
        <w:t>I dati raccolti saranno utilizzati esclusivamente in forma aggregata per fini di ricerca.</w:t>
      </w:r>
    </w:p>
    <w:p w14:paraId="5A3C6178" w14:textId="77777777" w:rsidR="00176FE0" w:rsidRDefault="00000000">
      <w:r>
        <w:br/>
        <w:t>Firma dello studente: ___________________________    Data: _____________</w:t>
      </w:r>
    </w:p>
    <w:sectPr w:rsidR="00176FE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3991786">
    <w:abstractNumId w:val="8"/>
  </w:num>
  <w:num w:numId="2" w16cid:durableId="1285041541">
    <w:abstractNumId w:val="6"/>
  </w:num>
  <w:num w:numId="3" w16cid:durableId="1880387197">
    <w:abstractNumId w:val="5"/>
  </w:num>
  <w:num w:numId="4" w16cid:durableId="921451103">
    <w:abstractNumId w:val="4"/>
  </w:num>
  <w:num w:numId="5" w16cid:durableId="1455907336">
    <w:abstractNumId w:val="7"/>
  </w:num>
  <w:num w:numId="6" w16cid:durableId="202712813">
    <w:abstractNumId w:val="3"/>
  </w:num>
  <w:num w:numId="7" w16cid:durableId="1883251894">
    <w:abstractNumId w:val="2"/>
  </w:num>
  <w:num w:numId="8" w16cid:durableId="333340050">
    <w:abstractNumId w:val="1"/>
  </w:num>
  <w:num w:numId="9" w16cid:durableId="124711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978"/>
    <w:rsid w:val="00034616"/>
    <w:rsid w:val="0006063C"/>
    <w:rsid w:val="0015074B"/>
    <w:rsid w:val="00176FE0"/>
    <w:rsid w:val="0029639D"/>
    <w:rsid w:val="00326F90"/>
    <w:rsid w:val="00AA1D8D"/>
    <w:rsid w:val="00B47730"/>
    <w:rsid w:val="00CB0664"/>
    <w:rsid w:val="00F021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52310F"/>
  <w14:defaultImageDpi w14:val="300"/>
  <w15:docId w15:val="{F04F336C-6698-4385-AA3E-B0879E27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Mariapia Giammarinaro</cp:lastModifiedBy>
  <cp:revision>2</cp:revision>
  <dcterms:created xsi:type="dcterms:W3CDTF">2025-12-27T18:26:00Z</dcterms:created>
  <dcterms:modified xsi:type="dcterms:W3CDTF">2025-12-27T18:26:00Z</dcterms:modified>
  <cp:category/>
</cp:coreProperties>
</file>